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Акафист святому блаженному Андрею Симбирскому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Избра́нный уго́дниче и Христа́ ра́ди юро́дивый, святы́й блаже́нный о́тче Андре́е, с ю́ных ле́т по́двиг отрече́ния от бла́г жите́йских избра́вший, хвале́бное ны́не прино́сим тебе́ пе́ние, чту́ще святу́ю па́мять твою́. Ты́ же я́ко име́яй ве́лие дерзнове́ние к милосе́рдному Го́споду, от вся́ких на́с бе́д и напа́стей свободи́, да зове́м ти́: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Равноа́нгельнаго жития́ сподо́бился еси́, блаже́нне Андре́е, и́бо по ра́нней сме́рти благочести́вых роди́телей твои́х отве́рг еси́ ми́ра су́етное служе́ние и вся́ его́ ло́жные красоты́. Того́ ра́ди услы́ши от на́с похвалы́, тебе́ приноси́мыя: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до́браго ко́рени о́трасль благоче́стная;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ча́до моли́твы роди́телей боголюби́вых.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от рожде́ния твоего́ Бо́гом избра́нный;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по́двиг юро́дства на себя́ от о́трочества прия́вый.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се́мя Христо́ва уче́ния в се́рдце свое́м возрасти́вый;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вся́ кра́сная ми́ра нивочто́же вмени́вый.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 не́мощнем телеси́ си́лу ве́лию яви́вый;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2.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Ви́дя престра́нное твое́ житие́, и́бо презре́в вся́кое о пло́ти сме́ртней попече́ние, в зно́й и сту́жу в ру́бище бы́л облаче́н, ве́рою те́плою и пла́менней ко Христу́ любо́вию согрева́емый, ве́рнии гра́да Симби́рска, ви́дя добро́ту и смире́ние твое́ и Ду́ха Свята́го стяжа́ние, воспе́ли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2.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Ра́зум, от Бо́га тебе́ да́нный, во мни́мом безу́мии сокры́л еси́, блаже́нне; в ви́димом те́ле поко́е ду́х сво́й возбужда́я, в безгла́сии свое́м положи́л еси́ хране́ние усто́м, но непреста́нно в се́рдце свое́м моли́твы о лю́дях гре́шных Го́споду приноси́л еси́. Мы́ же, дивя́ся таково́му житию́ твоему́, взыва́ем хвале́бно: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тя́жкий кре́ст юро́дства Христа́ ра́ди прие́мый;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мни́мым безу́мием сия́ние благода́ти сокры́вый.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я́ко дитя́ неразу́мное пред людьми́ яви́лся;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горды́ни пла́мень с ма́лых ле́т в себе́ угаси́вый.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да́р прозорли́вости по́двигом моли́твы стяжа́вый;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да́ром си́м стра́ждущим послужи́вый.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все́м прося́щим по́мощи ско́рое вспоможе́ние;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3.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Невозмо́жная от челове́к Го́сподом си́лою Ду́ха Свята́го соде́лается, и си́ла Бо́жия в не́мощех соверша́ется; немощны́й челове́к самоотверже́нием себе́ Христа́ ра́ди ве́чнаго врага́ попира́ет. Укрепи́, блаже́нне о́тче Андре́е, моли́твами твои́ми и на́с, в мяте́же су́етнаго жития́ сего́ изнемога́ющих, да сподо́бимся с тобо́ю в небе́сных черто́зех воспева́ти пе́снь: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3.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Ве́дая, блаже́нне, я́ко в земно́м житии́ ты́ прови́дцем суде́б челове́ческих явле́н бы́л, цели́телем неду́г тя́жких мно́гих, ско́рбных уте́шителем, немощны́х укрепля́вшим, заблу́ждшим на пу́ть пра́вды наста́вником, и ны́не ве́рнии к по́мощи твое́й прибега́ют, воспева́юще тебе́ си́це: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гряду́щая я́ко настоя́щая прови́девый;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креста́ своего́ усе́рдный носи́телю.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и́го Христо́во и бре́мя Его́ благоду́шно подъе́мый;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да́р исцеле́ний от Бо́га прие́мый.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ру́бищем па́че оде́жды златотка́нныя украси́выйся;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возлюби́вший па́че одра́ мя́гкаго на земли́ поверже́ние.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поноше́ния я́ко хвальбу́ прие́млющий;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4.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Ви́дим тя́, блаже́нне Андре́е, но́вую светоза́рную звезду́, чу́дно возсия́вшую на тве́рди Це́ркви Росси́йстей, я́вльшуюся на́м в после́дния времена́ и су́щим в горды́ни и пре́лести ума́ своего́, показу́ющую высоту́ смире́ния и любве́, науча́я ве́рных пе́ти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4.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Ду́хом прови́дя преподо́бный Серафи́м Саро́вский ра́вное а́нгельскому ди́вное житие́ твое́, блаже́нне о́тче Андре́е, назва́ тя́ кре́пким предста́телем и моли́твенником гра́ду Симби́рску. Мы́ же, дивя́щеся таково́му о на́с недосто́йных и жестокосе́рдых смотре́нию Бо́жию, во умиле́нии зове́м такова́я: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во́лжских преде́лов све́тлое украше́ние;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гра́ду Симби́рску нело́жное похвале́ние.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Ду́ха Свята́го чи́стое селе́ние;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смире́нием и терпе́нием безпло́тным уподобле́ние.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все́м по́мощи прося́щим ско́рое вспоможе́ние;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свети́льниче Боже́ственнаго све́та.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 смире́нии свое́м чу́дно возвы́шенный;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5.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Боготе́чней звезде́ уподо́бился еси́, блаже́нне о́тче Андре́е, житие́м твои́м освяти́л еси́ преде́лы симби́рския, блиста́юще ве́лиим по́двигом себя́ отверже́нием. На́с же, погиба́ющих в бу́рях страсте́й мо́ря жите́йскаго, наставля́еши к ти́хой при́стани спасе́ния посо́бием моли́тв твои́х. Мы́ же, прославля́я Го́спода, просла́вльшаго тя́, вопие́м Ему́: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5.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Сподо́бил тя́, блаже́нне о́тче, Госпо́дь челове́ком служи́ти и посла́л ти́ да́р целе́ния неду́гов пло́ти немощне́й; подава́л еси́ стра́ждущим хле́б и чрез него́ си́и от Милосе́рдаго Бо́га исцеле́ние прия́ли. Ны́не же в черто́зех небе́сных хле́б жи́зни ве́чныя вкуша́еши и мо́лиши за на́с, те́лом и душе́ю немощству́ющих, и к тебе́ в умиле́нии взыва́ющих: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неду́гов тя́жких цели́телю;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от поги́бели неча́янныя изба́вителю.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 ро́дах тя́жких вспомо́щниче;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лука́вых бесо́в посрами́телю.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отча́явшихся наде́ждо;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ча́д на́ших храни́телю.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гне́в Бо́жий от на́с отвраща́ющий;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6.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Пропове́дник и о́браз ева́нгельскаго жития́ бы́л еси́ в терпе́нии и кро́тости: Госпо́дь, ви́дя высоту́ смире́ния твоего́, блаже́нне Андре́е, дарова́ тебе́ да́р зре́ния та́йных и сокрове́нных. Да́ром си́м мно́гих от поги́бельнаго пути́ греха́ на стези́ покая́ния наста́вил еси́. Мы́ же ви́девши о тебе́ такова́я, Бо́гу пое́м: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6.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Предви́дел еси́, блаже́нне, кончи́ну су́етнаго челове́ческаго жития́, и сохрани́ть ду́шу безсме́ртную у таковы́х челове́к жела́я, подава́л и́м о се́м ви́димый зна́к, пе́рсть земну́ю или́ щепу́ недоуме́нным в десни́цу влага́я. О се́м ве́дуще, и мы́ со смире́нием к тебе́ припа́даем, да умо́лиши Спа́са ду́ш на́ших христиа́нскую кончи́ну дарова́ти все́м ны́не вопию́щим ти́ такова́я: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житие́м твои́м су́етность ми́ра сего́ обличи́вый;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пло́ть свою́ со страстьми́ и похотьми́ попра́вый.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вся́кое пристра́стие земно́е от себе́ отгна́вый;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ми́р Христо́в в душе́ свое́й стяжа́вый.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исто́чниче благода́ти оби́льный;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защи́тниче на́ш пред Го́сподом си́льный.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себе́ Бо́гу всеце́ло преда́вый;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7.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Хотя́ще тебе́, блаже́нне Андре́е, от земна́го жития́ разреши́тися, приобщи́лся еси́ Честна́го Те́ла и Кро́ви Христа́ Бо́га на́шего, просвети́лся еси́ лице́м ра́достию небе́сною. Чту́щия тя́, сте́кшеся ко сме́ртному одру́ твоему́, ви́дяще ра́дость твою́ о Го́споде, то́ки умиле́нных сле́з пролива́ху, пою́ще к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7.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Но́вое зна́мение благоволе́ния Своего́ яви́ Госпо́дь к на́м, жестоковы́йным, то́нущим в горды́ни и самообольще́нии ума́ своего́: указа́ ме́сто погребе́ния и честны́я мо́щи твоя́, блаже́нне, досе́ле сокры́тыя. Но́ваго тя́ моли́твенника и предста́теля пред милосе́рдием Бо́жиим, тя́ стяжа́хом, благода́рно се́рдцем и усты́ вопие́м ти́: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смире́нием высо́кая стяжа́вый;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очеса́ своя́ всегда́ с упова́нием на Го́спода возводи́вый.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ско́рый и безме́здный врачу́;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во́ине Христо́в непобеди́мый.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челове́че Бо́жий, смире́нием и терпе́нием, я́ко по́ясом златы́м препоя́санный;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за незло́бие твое́ Го́сподом блаже́нством увенча́нный.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засту́пником гра́да Симби́рска преподо́бным Серафи́мом нарече́нный;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8.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Гре́х ра́ди и беззако́ний челове́ческих попуще́нием Бо́жиим бу́ря безу́мнаго безбо́жия разруши́ держа́ву Росси́йскую, Це́рковь же Бо́жию пости́же о́гненное искуше́ние. Ру́це нечести́вых оскверни́ша ме́сто упокое́ния твоего́, блаже́нне Андре́е, но Боже́ственным промышле́нием в после́дняя времена́ явле́но на́м ме́сто погребе́ния и честны́я мо́щи твоя́. Ве́рнии же, чудя́щеся сему́, ра́достно пою́т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8.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Име́я неисчерпа́емое бога́тство чистоты́ душе́вныя и смиренному́дрия, ве́ру несумне́нную и по́мысл чи́ст, юро́дствуя во Христе́, неле́ностно служи́л еси́ Го́сподеви все́м житие́м свои́м. Те́мже, я́ко звезда́ путево́дная све́тиши все́м в житии́ ко Христу́ иду́щим. Сего́ ра́ди высо́каго по́двига твоего́ вопие́м ти́ сицева́я: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живы́й хра́м Боже́ственнаго терпе́ния;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го́рдых се́рдцем облича́вый смире́нием.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красото́ смиренному́дрия и воздержа́ния;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о́бразе кро́тости и послуша́ния.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ангелоподо́бный челове́че;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безмо́лвниче ди́вный.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та́йно в моли́тве от бе́д сохраня́ющий;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9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Все́ житие́ твое́ порабо́тих за́поведем Христо́вым, я́ко ра́б благи́й, его́ же ди́вно Са́м Ца́рь Сла́вы просла́ви. Вся́кия ско́рби и тесноты́ претерпе́л еси́: зауше́ния, оплева́ния, поноше́ния и осмея́ния, ра́достно ше́ствуя у́зким путе́м жития́ твоего́, блаже́нне Андре́е. Сего́ ра́ди и Христо́с тя́ со блаже́нными всели́л еси́, с ни́ми же в ве́чном Его́ Ца́рствии пое́ши а́нгельскую пе́снь: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9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Вити́йствующий язы́к и го́рдый у́м совопро́сников ве́ка сего́ не возмо́жет по достоя́нию уразуме́ти земно́е житие́ твое́, блаже́нне Андре́е, я́же соверши́л еси́, ше́ствуя ко Христу́. Кто́ бо дово́лен изрещи́ высоту́ по́двига юро́дства твоего́ и кто́ изочте́т самоотверже́ние и высоту́ ду́ха твоего́, небе́сный челове́че и земны́й а́нгеле. Мы́ же, смире́нием твои́м побежда́еми, зове́м ти́ такова́я: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прибе́жище на́ше в земны́х ско́рбех;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ско́рый помо́щниче в тя́жких обстоя́ниях.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исто́чниче оби́льный благода́тию;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заре́ пресве́тлая смире́ния, ду́ши гре́шных озаря́ющая.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теплото́ любве́ боже́ственныя на́с согрева́ющая;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звездо́, луча́ми свои́ми ду́ши го́рдых челове́к уро́ком смире́ния просвеща́ющая.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си́лою Бо́жией, да́нной тебе́, беснова́тых исцеля́ющий;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10.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Госпо́дь храни́т вся́ ко́сти пра́ведных, и ни еди́на от ни́х сокруши́тся. Ны́не ди́вно яви́шася на́м мо́щи твоя́, блаже́нне Андре́е, я́ко животво́рный исто́чник благода́ти, омыва́ющий скве́рную нечистоту́ ду́ш на́ших. Благода́ть бо излива́еши все́м, с моли́твою к тебе́ притека́ющим и пою́щим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10.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Стено́ю необори́мою яви́лся еси́ гра́ду Симби́рску и стране́ на́шей, кре́пкий засту́пник в беда́х и ско́рбех многомяте́жнаго сего́ жития́ живу́щим. Тебе́ у́бо мо́лим, блаже́нне Андре́е, укроти́ го́рдость ума́ на́шего и научи́ воспева́ти тебе́ си́це со смире́нием: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пре́лести ми́ра нивочто́же вмени́вый;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Христу́ Бо́гу все́м житие́м послужи́вый.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блаже́нство ве́чное унасле́довавый;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вся́кую го́рдость в себе́ уничижи́вый.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грехо́вных ра́н ско́рое врачева́ние;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ста́вших на пу́ть покая́ния до́брое поддержа́ние.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страны́ на́шея чу́дное ра́дование;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Пе́ние на́ше моле́бное приими́, блаже́нне о́тче Андре́е, се́ бо ве́рою и любо́вию к тебе́ прибега́ем, преклоня́ем пред смире́нием твои́м коле́на жестоковы́йных серде́ц на́ших, и прославля́ем просла́вльшаго тя́ Го́спода, мо́лимся ти́: умири́ волну́ющееся мо́ре жития́ на́шего, укроти́ смуще́ние челове́ческия, да зове́м ди́вному во святы́х свои́х Бо́гу на́шему: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11.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Новоявле́нную звезду́, путеводя́щую на́с по пути́ ко спасе́нию, ны́не возсия́вшую на тве́рди церко́вней, ви́дим тя́, блаже́нне Андре́е, и све́том по́двига твоего́ озаря́еми, тве́рдо ве́руем и упова́ем на предста́тельство твое́ пред Го́сподем за на́с недосто́йных и зове́м ти́ такова́я: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сосу́де, Ду́ха Свята́го испо́лненный;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дара́ми его́ просвеще́нный.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кро́тости и смире́ния Христо́ва вмести́лище;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младе́нческия чистоты́ и и́скренняго незло́бия храни́лище.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я́ко и по преставле́нии твое́м в небе́сныя на́с не оставля́еши;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я́ко милосе́рдие Бо́жие о гресе́х на́ших умоля́еши.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все́м притека́ющим к тебе́ пред Бо́гом предста́телю;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12.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Благода́ть прия́л еси́ от Го́спода, блаже́нне Андре́е, прови́дети духо́вныма очи́ма вся́к та́йный гре́х и сокрове́нный неду́г душе́вный в лю́дех: пода́ждь у́бо и на́м, грехми́ ослепле́нным, зре́ние темноты́ и недосто́инства своего́, да исцеле́ннии моли́твами твои́ми, чи́стым се́рдцем и усты́, ра́достно пое́м а́нгельскую пе́снь Бо́гу: Аллилу́иа.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12.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Воспева́ем твоя́ вели́кия по́двиги, блаже́нне Андре́е, почита́ем самоотверже́ние и юро́дство твое́ во Христе́, ублажа́ем твою́ святу́ю кончи́ну, сла́вим в немощне́м те́ле му́жество неизрече́нное и, в похвалу́ по́двига земна́го жития́ твоего́, вопие́м ти́ сицева́я: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жесто́ким путе́м юро́дства ра́йских селе́ний дости́гший;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нището́ю бога́тство ве́чное обре́тший.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уничиже́нием позна́вый ми́р высоча́йший;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поноше́нием от безу́мных, Христа́ ра́ди, ве́чную сла́ву с Ни́м стяжа́вый.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чи́стым се́рдцем любо́вь Христо́ву позна́вый;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омраче́нных ду́хом пре́лести и горды́ни смиря́тися помога́вый.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ле́д зло́бы нераска́янных серде́ц любо́вию твое́ю растопи́вый;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13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О,пресла́вный уго́дниче Христо́в, до́брый тайнови́дче ду́ш челове́ческих, святы́й блаже́нный о́тче Андре́е, кре́пкое на́ше заступле́ние пред милосе́рдием Бо́жиим! Приими́ от на́с, гре́шных и недосто́йных, сие́ ма́лое моле́ние на́ше от любве́ тебе́ приноси́мое, и твои́м предста́тельством умири́ на́ши бу́ри жите́йския, укроти́ горды́ню ума́ челове́ческаго, испра́ви на́ш стро́потный пу́ть греха́ и да́руй на́м да́р покая́ния соверше́ннаго, очи́сти от вся́кия нечистоты́, да вку́пе с тобо́ю вопие́м Спаси́телю на́шему и Го́споду а́нгельскую пе́снь: Аллилу́иа.</w:t>
      </w:r>
    </w:p>
    <w:p>
      <w:pPr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[Се́й конда́к глаго́лется три́жды.][Далее повторяем 1‑е икос и кондак:]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И́кос 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Равноа́нгельнаго жития́ сподо́бился еси́, блаже́нне Андре́е, и́бо по ра́нней сме́рти благочести́вых роди́телей твои́х отве́рг еси́ ми́ра су́етное служе́ние и вся́ его́ ло́жные красоты́. Того́ ра́ди услы́ши от на́с похвалы́, тебе́ приноси́мыя: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до́браго ко́рени о́трасль благоче́стная;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ча́до моли́твы роди́телей боголюби́вых.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от рожде́ния твоего́ Бо́гом избра́нный;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по́двиг юро́дства на себя́ от о́трочества прия́вый.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се́мя Христо́ва уче́ния в се́рдце свое́м возрасти́вый;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вся́ кра́сная ми́ра нивочто́же вмени́вый.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в не́мощнем телеси́ си́лу ве́лию яви́вый;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 w:after="140"/>
      </w:pPr>
      <w:r>
        <w:rPr>
          <w:rFonts w:ascii="Times New Roman" w:hAnsi="Times New Roman" w:eastAsia="Times New Roman"/>
          <w:b/>
          <w:color w:val="000000"/>
          <w:sz w:val="30"/>
        </w:rPr>
        <w:t>Конда́к 1.</w:t>
      </w:r>
    </w:p>
    <w:p>
      <w:r>
        <w:rPr>
          <w:rFonts w:ascii="Times New Roman" w:hAnsi="Times New Roman" w:eastAsia="Times New Roman"/>
          <w:b w:val="0"/>
          <w:color w:val="000000"/>
          <w:sz w:val="24"/>
        </w:rPr>
        <w:t>Избра́нный уго́дниче и Христа́ ра́ди юро́дивый, святы́й блаже́нный о́тче Андре́е, с ю́ных ле́т по́двиг отрече́ния от бла́г жите́йских избра́вший, хвале́бное ны́не прино́сим тебе́ пе́ние, чту́ще святу́ю па́мять твою́. Ты́ же я́ко име́яй ве́лие дерзнове́ние к милосе́рдному Го́споду, от вся́ких на́с бе́д и напа́стей свободи́, да зове́м ти́:</w:t>
      </w:r>
    </w:p>
    <w:p>
      <w:pPr>
        <w:ind w:left="259"/>
      </w:pPr>
      <w:r>
        <w:rPr>
          <w:rFonts w:ascii="Times New Roman" w:hAnsi="Times New Roman" w:eastAsia="Times New Roman"/>
          <w:b w:val="0"/>
          <w:color w:val="000000"/>
          <w:sz w:val="24"/>
        </w:rPr>
        <w:t>Ра́дуйся, блаже́нне о́тче Андре́е, гра́да Симби́рска чу́дное похвало́ и заступле́ние.</w:t>
      </w:r>
    </w:p>
    <w:p>
      <w:pPr>
        <w:spacing w:before="320"/>
      </w:pPr>
      <w:r>
        <w:rPr>
          <w:rFonts w:ascii="Times New Roman" w:hAnsi="Times New Roman" w:eastAsia="Times New Roman"/>
          <w:b w:val="0"/>
          <w:color w:val="000000"/>
          <w:sz w:val="20"/>
        </w:rPr>
        <w:t xml:space="preserve">Источник сверки: </w:t>
      </w:r>
      <w:hyperlink r:id="rId9">
        <w:r>
          <w:rPr>
            <w:color w:val="153C59"/>
            <w:u w:val="single"/>
          </w:rPr>
          <w:t>«Азбука веры»</w:t>
        </w:r>
      </w:hyperlink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zbyka.ru/molitvoslov/akafist-blazhennomu-andreju-simbirskomu-hrista-radi-jurodivom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